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5EE52" w14:textId="5EE49C40" w:rsidR="001A7E52" w:rsidRDefault="00131311" w:rsidP="001A7E52">
      <w:pPr>
        <w:jc w:val="center"/>
        <w:rPr>
          <w:rFonts w:ascii="Times New Roman" w:eastAsiaTheme="majorEastAsia" w:hAnsi="Times New Roman" w:cs="Times New Roman"/>
          <w:color w:val="365F91" w:themeColor="accent1" w:themeShade="BF"/>
          <w:sz w:val="28"/>
          <w:szCs w:val="28"/>
          <w:lang w:val="hr-HR"/>
        </w:rPr>
      </w:pPr>
      <w:r w:rsidRPr="00131311">
        <w:rPr>
          <w:rFonts w:ascii="Times New Roman" w:eastAsiaTheme="majorEastAsia" w:hAnsi="Times New Roman" w:cs="Times New Roman"/>
          <w:color w:val="365F91" w:themeColor="accent1" w:themeShade="BF"/>
          <w:sz w:val="28"/>
          <w:szCs w:val="28"/>
          <w:lang w:val="hr-HR"/>
        </w:rPr>
        <w:t xml:space="preserve">Izjava Prijavitelja o istinitosti podataka i ispunjavanju </w:t>
      </w:r>
      <w:r>
        <w:rPr>
          <w:rFonts w:ascii="Times New Roman" w:eastAsiaTheme="majorEastAsia" w:hAnsi="Times New Roman" w:cs="Times New Roman"/>
          <w:color w:val="365F91" w:themeColor="accent1" w:themeShade="BF"/>
          <w:sz w:val="28"/>
          <w:szCs w:val="28"/>
          <w:lang w:val="hr-HR"/>
        </w:rPr>
        <w:t>općih uvjeta</w:t>
      </w:r>
      <w:r w:rsidRPr="00131311">
        <w:rPr>
          <w:rFonts w:ascii="Times New Roman" w:eastAsiaTheme="majorEastAsia" w:hAnsi="Times New Roman" w:cs="Times New Roman"/>
          <w:color w:val="365F91" w:themeColor="accent1" w:themeShade="BF"/>
          <w:sz w:val="28"/>
          <w:szCs w:val="28"/>
          <w:lang w:val="hr-HR"/>
        </w:rPr>
        <w:t xml:space="preserve"> za sudjelovanje u </w:t>
      </w:r>
      <w:r>
        <w:rPr>
          <w:rFonts w:ascii="Times New Roman" w:eastAsiaTheme="majorEastAsia" w:hAnsi="Times New Roman" w:cs="Times New Roman"/>
          <w:color w:val="365F91" w:themeColor="accent1" w:themeShade="BF"/>
          <w:sz w:val="28"/>
          <w:szCs w:val="28"/>
          <w:lang w:val="hr-HR"/>
        </w:rPr>
        <w:t>Javnom pozivu</w:t>
      </w:r>
    </w:p>
    <w:p w14:paraId="35518278" w14:textId="6E73F3D5" w:rsidR="001067E4" w:rsidRDefault="001067E4" w:rsidP="00090557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F82BDF">
        <w:rPr>
          <w:rFonts w:ascii="Times New Roman" w:hAnsi="Times New Roman" w:cs="Times New Roman"/>
          <w:sz w:val="24"/>
          <w:szCs w:val="24"/>
          <w:lang w:val="hr-HR"/>
        </w:rPr>
        <w:t xml:space="preserve">Javni poziv za iskaz interesa organizacija civilnog društva za uključivanje u Mrežu specijaliziranih servisa </w:t>
      </w:r>
      <w:r w:rsidR="00CD393A" w:rsidRPr="00CD393A">
        <w:rPr>
          <w:rFonts w:ascii="Times New Roman" w:hAnsi="Times New Roman" w:cs="Times New Roman"/>
          <w:sz w:val="24"/>
          <w:szCs w:val="24"/>
          <w:lang w:val="hr-HR"/>
        </w:rPr>
        <w:t>za rad sa žrtvama seksualnog nasilja i seksualnog uznemiravanja</w:t>
      </w:r>
    </w:p>
    <w:p w14:paraId="747C8374" w14:textId="77777777" w:rsidR="001A7E52" w:rsidRPr="00F82BDF" w:rsidRDefault="001A7E52" w:rsidP="00090557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14:paraId="39FD9ABC" w14:textId="7CE1DFBA" w:rsidR="009939F9" w:rsidRPr="00F82BDF" w:rsidRDefault="00090557" w:rsidP="00090557">
      <w:pPr>
        <w:pStyle w:val="Grafikeoznake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82BDF">
        <w:rPr>
          <w:rFonts w:ascii="Times New Roman" w:hAnsi="Times New Roman" w:cs="Times New Roman"/>
          <w:sz w:val="24"/>
          <w:szCs w:val="24"/>
          <w:lang w:val="hr-HR"/>
        </w:rPr>
        <w:t xml:space="preserve">Ja, &lt;ime i prezime&gt;, OIB &lt;OIB&gt;, kao osoba ovlaštena za zastupanje </w:t>
      </w:r>
      <w:r w:rsidR="00504C1A">
        <w:rPr>
          <w:rFonts w:ascii="Times New Roman" w:hAnsi="Times New Roman" w:cs="Times New Roman"/>
          <w:sz w:val="24"/>
          <w:szCs w:val="24"/>
          <w:lang w:val="hr-HR"/>
        </w:rPr>
        <w:t>P</w:t>
      </w:r>
      <w:r w:rsidRPr="00F82BDF">
        <w:rPr>
          <w:rFonts w:ascii="Times New Roman" w:hAnsi="Times New Roman" w:cs="Times New Roman"/>
          <w:sz w:val="24"/>
          <w:szCs w:val="24"/>
          <w:lang w:val="hr-HR"/>
        </w:rPr>
        <w:t xml:space="preserve">rijavitelja &lt;naziv i adresa </w:t>
      </w:r>
      <w:r w:rsidR="00504C1A">
        <w:rPr>
          <w:rFonts w:ascii="Times New Roman" w:hAnsi="Times New Roman" w:cs="Times New Roman"/>
          <w:sz w:val="24"/>
          <w:szCs w:val="24"/>
          <w:lang w:val="hr-HR"/>
        </w:rPr>
        <w:t>P</w:t>
      </w:r>
      <w:r w:rsidRPr="00F82BDF">
        <w:rPr>
          <w:rFonts w:ascii="Times New Roman" w:hAnsi="Times New Roman" w:cs="Times New Roman"/>
          <w:sz w:val="24"/>
          <w:szCs w:val="24"/>
          <w:lang w:val="hr-HR"/>
        </w:rPr>
        <w:t xml:space="preserve">rijavitelja&gt;, osobno i u ime </w:t>
      </w:r>
      <w:r w:rsidR="00504C1A">
        <w:rPr>
          <w:rFonts w:ascii="Times New Roman" w:hAnsi="Times New Roman" w:cs="Times New Roman"/>
          <w:sz w:val="24"/>
          <w:szCs w:val="24"/>
          <w:lang w:val="hr-HR"/>
        </w:rPr>
        <w:t>P</w:t>
      </w:r>
      <w:r w:rsidRPr="00F82BDF">
        <w:rPr>
          <w:rFonts w:ascii="Times New Roman" w:hAnsi="Times New Roman" w:cs="Times New Roman"/>
          <w:sz w:val="24"/>
          <w:szCs w:val="24"/>
          <w:lang w:val="hr-HR"/>
        </w:rPr>
        <w:t xml:space="preserve">rijavitelja, pod materijalnom i kaznenom odgovornošću </w:t>
      </w:r>
      <w:r w:rsidR="00A15EFF" w:rsidRPr="00F82BDF">
        <w:rPr>
          <w:rFonts w:ascii="Times New Roman" w:hAnsi="Times New Roman" w:cs="Times New Roman"/>
          <w:sz w:val="24"/>
          <w:szCs w:val="24"/>
          <w:lang w:val="hr-HR"/>
        </w:rPr>
        <w:t>izjavljujem:</w:t>
      </w:r>
    </w:p>
    <w:p w14:paraId="626AC6FB" w14:textId="77777777" w:rsidR="00331BD8" w:rsidRPr="00F82BDF" w:rsidRDefault="00331BD8" w:rsidP="00090557">
      <w:pPr>
        <w:pStyle w:val="Grafikeoznake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365B7E9" w14:textId="0DB5F3DE" w:rsidR="00090557" w:rsidRPr="00F82BDF" w:rsidRDefault="00090557" w:rsidP="00090557">
      <w:pPr>
        <w:pStyle w:val="Grafikeoznake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82BDF">
        <w:rPr>
          <w:rFonts w:ascii="Times New Roman" w:hAnsi="Times New Roman" w:cs="Times New Roman"/>
          <w:sz w:val="24"/>
          <w:szCs w:val="24"/>
          <w:lang w:val="hr-HR"/>
        </w:rPr>
        <w:t xml:space="preserve">da je </w:t>
      </w:r>
      <w:r w:rsidR="00C301ED">
        <w:rPr>
          <w:rFonts w:ascii="Times New Roman" w:hAnsi="Times New Roman" w:cs="Times New Roman"/>
          <w:sz w:val="24"/>
          <w:szCs w:val="24"/>
          <w:lang w:val="hr-HR"/>
        </w:rPr>
        <w:t>P</w:t>
      </w:r>
      <w:r w:rsidRPr="00F82BDF">
        <w:rPr>
          <w:rFonts w:ascii="Times New Roman" w:hAnsi="Times New Roman" w:cs="Times New Roman"/>
          <w:sz w:val="24"/>
          <w:szCs w:val="24"/>
          <w:lang w:val="hr-HR"/>
        </w:rPr>
        <w:t>rijavitelj udruga osnovana na temelju Zakona o udrugama (Narodne novine</w:t>
      </w:r>
      <w:r w:rsidR="0067505A">
        <w:rPr>
          <w:rFonts w:ascii="Times New Roman" w:hAnsi="Times New Roman" w:cs="Times New Roman"/>
          <w:sz w:val="24"/>
          <w:szCs w:val="24"/>
          <w:lang w:val="hr-HR"/>
        </w:rPr>
        <w:t>,</w:t>
      </w:r>
      <w:r w:rsidRPr="00F82BDF">
        <w:rPr>
          <w:rFonts w:ascii="Times New Roman" w:hAnsi="Times New Roman" w:cs="Times New Roman"/>
          <w:sz w:val="24"/>
          <w:szCs w:val="24"/>
          <w:lang w:val="hr-HR"/>
        </w:rPr>
        <w:t xml:space="preserve"> br. 74/14, 70/17, 98/19 i 151/22) i upisana u Registar udruga; </w:t>
      </w:r>
    </w:p>
    <w:p w14:paraId="004D4961" w14:textId="265ECC38" w:rsidR="00090557" w:rsidRPr="00F82BDF" w:rsidRDefault="00090557" w:rsidP="00090557">
      <w:pPr>
        <w:pStyle w:val="Grafikeoznake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82BDF">
        <w:rPr>
          <w:rFonts w:ascii="Times New Roman" w:hAnsi="Times New Roman" w:cs="Times New Roman"/>
          <w:sz w:val="24"/>
          <w:szCs w:val="24"/>
          <w:lang w:val="hr-HR"/>
        </w:rPr>
        <w:t xml:space="preserve">da </w:t>
      </w:r>
      <w:r w:rsidR="008C047F">
        <w:rPr>
          <w:rFonts w:ascii="Times New Roman" w:hAnsi="Times New Roman" w:cs="Times New Roman"/>
          <w:sz w:val="24"/>
          <w:szCs w:val="24"/>
          <w:lang w:val="hr-HR"/>
        </w:rPr>
        <w:t>P</w:t>
      </w:r>
      <w:r w:rsidRPr="00F82BDF">
        <w:rPr>
          <w:rFonts w:ascii="Times New Roman" w:hAnsi="Times New Roman" w:cs="Times New Roman"/>
          <w:sz w:val="24"/>
          <w:szCs w:val="24"/>
          <w:lang w:val="hr-HR"/>
        </w:rPr>
        <w:t xml:space="preserve">rijavitelj ima usklađen </w:t>
      </w:r>
      <w:r w:rsidR="00504C1A">
        <w:rPr>
          <w:rFonts w:ascii="Times New Roman" w:hAnsi="Times New Roman" w:cs="Times New Roman"/>
          <w:sz w:val="24"/>
          <w:szCs w:val="24"/>
          <w:lang w:val="hr-HR"/>
        </w:rPr>
        <w:t>S</w:t>
      </w:r>
      <w:r w:rsidRPr="00F82BDF">
        <w:rPr>
          <w:rFonts w:ascii="Times New Roman" w:hAnsi="Times New Roman" w:cs="Times New Roman"/>
          <w:sz w:val="24"/>
          <w:szCs w:val="24"/>
          <w:lang w:val="hr-HR"/>
        </w:rPr>
        <w:t xml:space="preserve">tatut s odredbama Zakona o udrugama ili je podnio zahtjev za usklađivanje statuta nadležnom uredu, a osoba ovlaštena za zastupanje je u mandatu; </w:t>
      </w:r>
    </w:p>
    <w:p w14:paraId="3004B8A6" w14:textId="6A7B936D" w:rsidR="00090557" w:rsidRPr="00F82BDF" w:rsidRDefault="00090557" w:rsidP="00090557">
      <w:pPr>
        <w:pStyle w:val="Grafikeoznake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82BDF">
        <w:rPr>
          <w:rFonts w:ascii="Times New Roman" w:hAnsi="Times New Roman" w:cs="Times New Roman"/>
          <w:sz w:val="24"/>
          <w:szCs w:val="24"/>
          <w:lang w:val="hr-HR"/>
        </w:rPr>
        <w:t xml:space="preserve">da </w:t>
      </w:r>
      <w:r w:rsidR="00504C1A">
        <w:rPr>
          <w:rFonts w:ascii="Times New Roman" w:hAnsi="Times New Roman" w:cs="Times New Roman"/>
          <w:sz w:val="24"/>
          <w:szCs w:val="24"/>
          <w:lang w:val="hr-HR"/>
        </w:rPr>
        <w:t>P</w:t>
      </w:r>
      <w:r w:rsidRPr="00F82BDF">
        <w:rPr>
          <w:rFonts w:ascii="Times New Roman" w:hAnsi="Times New Roman" w:cs="Times New Roman"/>
          <w:sz w:val="24"/>
          <w:szCs w:val="24"/>
          <w:lang w:val="hr-HR"/>
        </w:rPr>
        <w:t xml:space="preserve">rijavitelj u važećem Statutu ima propisanu djelatnost vezanu uz zaštitu žrtava seksualnog nasilja i seksualnog uznemiravanja; </w:t>
      </w:r>
    </w:p>
    <w:p w14:paraId="402C8ACD" w14:textId="526AE90E" w:rsidR="00090557" w:rsidRPr="00F82BDF" w:rsidRDefault="00090557" w:rsidP="00090557">
      <w:pPr>
        <w:pStyle w:val="Grafikeoznake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82BDF">
        <w:rPr>
          <w:rFonts w:ascii="Times New Roman" w:hAnsi="Times New Roman" w:cs="Times New Roman"/>
          <w:sz w:val="24"/>
          <w:szCs w:val="24"/>
          <w:lang w:val="hr-HR"/>
        </w:rPr>
        <w:t xml:space="preserve">da </w:t>
      </w:r>
      <w:r w:rsidR="00504C1A">
        <w:rPr>
          <w:rFonts w:ascii="Times New Roman" w:hAnsi="Times New Roman" w:cs="Times New Roman"/>
          <w:sz w:val="24"/>
          <w:szCs w:val="24"/>
          <w:lang w:val="hr-HR"/>
        </w:rPr>
        <w:t>P</w:t>
      </w:r>
      <w:r w:rsidRPr="00F82BDF">
        <w:rPr>
          <w:rFonts w:ascii="Times New Roman" w:hAnsi="Times New Roman" w:cs="Times New Roman"/>
          <w:sz w:val="24"/>
          <w:szCs w:val="24"/>
          <w:lang w:val="hr-HR"/>
        </w:rPr>
        <w:t xml:space="preserve">rijavitelj na dan prijave na Javni poziv ima zaposlenu najmanje jednu stručnu osobu s iskustvom u radu sa žrtvama seksualnog nasilja i seksualnog uznemiravanja; </w:t>
      </w:r>
    </w:p>
    <w:p w14:paraId="07D5C22D" w14:textId="525AFD84" w:rsidR="00090557" w:rsidRPr="0067505A" w:rsidRDefault="00090557" w:rsidP="00090557">
      <w:pPr>
        <w:pStyle w:val="Grafikeoznake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7505A">
        <w:rPr>
          <w:rFonts w:ascii="Times New Roman" w:hAnsi="Times New Roman" w:cs="Times New Roman"/>
          <w:sz w:val="24"/>
          <w:szCs w:val="24"/>
          <w:lang w:val="hr-HR"/>
        </w:rPr>
        <w:t xml:space="preserve">da je </w:t>
      </w:r>
      <w:r w:rsidR="00504C1A" w:rsidRPr="0067505A">
        <w:rPr>
          <w:rFonts w:ascii="Times New Roman" w:hAnsi="Times New Roman" w:cs="Times New Roman"/>
          <w:sz w:val="24"/>
          <w:szCs w:val="24"/>
          <w:lang w:val="hr-HR"/>
        </w:rPr>
        <w:t>P</w:t>
      </w:r>
      <w:r w:rsidRPr="0067505A">
        <w:rPr>
          <w:rFonts w:ascii="Times New Roman" w:hAnsi="Times New Roman" w:cs="Times New Roman"/>
          <w:sz w:val="24"/>
          <w:szCs w:val="24"/>
          <w:lang w:val="hr-HR"/>
        </w:rPr>
        <w:t xml:space="preserve">rijavitelj u posljednje dvije (2) godine </w:t>
      </w:r>
      <w:r w:rsidR="00CC0637" w:rsidRPr="0067505A">
        <w:rPr>
          <w:rFonts w:ascii="Times New Roman" w:hAnsi="Times New Roman" w:cs="Times New Roman"/>
          <w:sz w:val="24"/>
          <w:szCs w:val="24"/>
          <w:lang w:val="hr-HR"/>
        </w:rPr>
        <w:t xml:space="preserve">(2024. i 2025.) </w:t>
      </w:r>
      <w:r w:rsidRPr="0067505A">
        <w:rPr>
          <w:rFonts w:ascii="Times New Roman" w:hAnsi="Times New Roman" w:cs="Times New Roman"/>
          <w:sz w:val="24"/>
          <w:szCs w:val="24"/>
          <w:lang w:val="hr-HR"/>
        </w:rPr>
        <w:t xml:space="preserve">pružao najmanje dvije različite usluge izravne podrške žrtvama seksualnog nasilja i seksualnog uznemiravanja; </w:t>
      </w:r>
    </w:p>
    <w:p w14:paraId="17B0C186" w14:textId="0D4F477C" w:rsidR="00090557" w:rsidRDefault="00090557" w:rsidP="00FA3E01">
      <w:pPr>
        <w:pStyle w:val="Grafikeoznake"/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82BDF">
        <w:rPr>
          <w:rFonts w:ascii="Times New Roman" w:hAnsi="Times New Roman" w:cs="Times New Roman"/>
          <w:sz w:val="24"/>
          <w:szCs w:val="24"/>
          <w:lang w:val="hr-HR"/>
        </w:rPr>
        <w:t xml:space="preserve">da se protiv </w:t>
      </w:r>
      <w:r w:rsidR="001A7002">
        <w:rPr>
          <w:rFonts w:ascii="Times New Roman" w:hAnsi="Times New Roman" w:cs="Times New Roman"/>
          <w:sz w:val="24"/>
          <w:szCs w:val="24"/>
          <w:lang w:val="hr-HR"/>
        </w:rPr>
        <w:t xml:space="preserve">mene, kao </w:t>
      </w:r>
      <w:r w:rsidRPr="00F82BDF">
        <w:rPr>
          <w:rFonts w:ascii="Times New Roman" w:hAnsi="Times New Roman" w:cs="Times New Roman"/>
          <w:sz w:val="24"/>
          <w:szCs w:val="24"/>
          <w:lang w:val="hr-HR"/>
        </w:rPr>
        <w:t xml:space="preserve">osobe ovlaštene za zastupanje </w:t>
      </w:r>
      <w:r w:rsidR="00504C1A">
        <w:rPr>
          <w:rFonts w:ascii="Times New Roman" w:hAnsi="Times New Roman" w:cs="Times New Roman"/>
          <w:sz w:val="24"/>
          <w:szCs w:val="24"/>
          <w:lang w:val="hr-HR"/>
        </w:rPr>
        <w:t>P</w:t>
      </w:r>
      <w:r w:rsidRPr="00F82BDF">
        <w:rPr>
          <w:rFonts w:ascii="Times New Roman" w:hAnsi="Times New Roman" w:cs="Times New Roman"/>
          <w:sz w:val="24"/>
          <w:szCs w:val="24"/>
          <w:lang w:val="hr-HR"/>
        </w:rPr>
        <w:t>rijavitelja</w:t>
      </w:r>
      <w:r w:rsidR="001C28FF">
        <w:rPr>
          <w:rFonts w:ascii="Times New Roman" w:hAnsi="Times New Roman" w:cs="Times New Roman"/>
          <w:sz w:val="24"/>
          <w:szCs w:val="24"/>
          <w:lang w:val="hr-HR"/>
        </w:rPr>
        <w:t>,</w:t>
      </w:r>
      <w:r w:rsidRPr="00F82BDF">
        <w:rPr>
          <w:rFonts w:ascii="Times New Roman" w:hAnsi="Times New Roman" w:cs="Times New Roman"/>
          <w:sz w:val="24"/>
          <w:szCs w:val="24"/>
          <w:lang w:val="hr-HR"/>
        </w:rPr>
        <w:t xml:space="preserve"> ne vodi kazneni postupak i ni</w:t>
      </w:r>
      <w:r w:rsidR="001C28FF">
        <w:rPr>
          <w:rFonts w:ascii="Times New Roman" w:hAnsi="Times New Roman" w:cs="Times New Roman"/>
          <w:sz w:val="24"/>
          <w:szCs w:val="24"/>
          <w:lang w:val="hr-HR"/>
        </w:rPr>
        <w:t>sam</w:t>
      </w:r>
      <w:r w:rsidRPr="00F82BDF">
        <w:rPr>
          <w:rFonts w:ascii="Times New Roman" w:hAnsi="Times New Roman" w:cs="Times New Roman"/>
          <w:sz w:val="24"/>
          <w:szCs w:val="24"/>
          <w:lang w:val="hr-HR"/>
        </w:rPr>
        <w:t xml:space="preserve"> pravomoćno osuđen</w:t>
      </w:r>
      <w:r w:rsidR="001C28FF">
        <w:rPr>
          <w:rFonts w:ascii="Times New Roman" w:hAnsi="Times New Roman" w:cs="Times New Roman"/>
          <w:sz w:val="24"/>
          <w:szCs w:val="24"/>
          <w:lang w:val="hr-HR"/>
        </w:rPr>
        <w:t>/</w:t>
      </w:r>
      <w:r w:rsidRPr="00F82BDF">
        <w:rPr>
          <w:rFonts w:ascii="Times New Roman" w:hAnsi="Times New Roman" w:cs="Times New Roman"/>
          <w:sz w:val="24"/>
          <w:szCs w:val="24"/>
          <w:lang w:val="hr-HR"/>
        </w:rPr>
        <w:t xml:space="preserve">a za prekršaj iz članka 48. stavka 2. alineje c), odnosno za kazneno djelo iz članka 48. stavka 2. alineje d) Uredbe o kriterijima, mjerilima i postupcima financiranja i ugovaranja programa i projekata od interesa za opće dobro koje provode udruge (Narodne novine, br. 26/15 i 37/21); </w:t>
      </w:r>
    </w:p>
    <w:p w14:paraId="14FFCF77" w14:textId="2A736EF9" w:rsidR="00090557" w:rsidRPr="001A7E52" w:rsidRDefault="00090557" w:rsidP="00090557">
      <w:pPr>
        <w:pStyle w:val="Grafikeoznake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82BDF">
        <w:rPr>
          <w:rFonts w:ascii="Times New Roman" w:hAnsi="Times New Roman" w:cs="Times New Roman"/>
          <w:sz w:val="24"/>
          <w:szCs w:val="24"/>
          <w:lang w:val="hr-HR"/>
        </w:rPr>
        <w:t xml:space="preserve">da </w:t>
      </w:r>
      <w:r w:rsidR="00504C1A" w:rsidRPr="001A7E52">
        <w:rPr>
          <w:rFonts w:ascii="Times New Roman" w:hAnsi="Times New Roman" w:cs="Times New Roman"/>
          <w:sz w:val="24"/>
          <w:szCs w:val="24"/>
          <w:lang w:val="hr-HR"/>
        </w:rPr>
        <w:t>P</w:t>
      </w:r>
      <w:r w:rsidRPr="001A7E52">
        <w:rPr>
          <w:rFonts w:ascii="Times New Roman" w:hAnsi="Times New Roman" w:cs="Times New Roman"/>
          <w:sz w:val="24"/>
          <w:szCs w:val="24"/>
          <w:lang w:val="hr-HR"/>
        </w:rPr>
        <w:t>rijavitelj nema dugovanja po osnovi javnih davanja;</w:t>
      </w:r>
    </w:p>
    <w:p w14:paraId="262C078B" w14:textId="475A74AC" w:rsidR="00287A8A" w:rsidRPr="001A7E52" w:rsidRDefault="00287A8A" w:rsidP="00287A8A">
      <w:pPr>
        <w:pStyle w:val="Grafikeoznake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A7E52">
        <w:rPr>
          <w:rFonts w:ascii="Times New Roman" w:hAnsi="Times New Roman" w:cs="Times New Roman"/>
          <w:sz w:val="24"/>
          <w:szCs w:val="24"/>
          <w:lang w:val="hr-HR"/>
        </w:rPr>
        <w:t>da Prijavitelj ne pruža uslugu kriznog smještaja u smislu ograničenja iz Javnog poziva;</w:t>
      </w:r>
    </w:p>
    <w:p w14:paraId="4CFB32CF" w14:textId="211BEEF9" w:rsidR="009939F9" w:rsidRPr="00F82BDF" w:rsidRDefault="00090557" w:rsidP="00090557">
      <w:pPr>
        <w:pStyle w:val="Grafikeoznake"/>
        <w:rPr>
          <w:rFonts w:ascii="Times New Roman" w:hAnsi="Times New Roman" w:cs="Times New Roman"/>
          <w:sz w:val="24"/>
          <w:szCs w:val="24"/>
          <w:lang w:val="hr-HR"/>
        </w:rPr>
      </w:pPr>
      <w:r w:rsidRPr="00F82BDF">
        <w:rPr>
          <w:rFonts w:ascii="Times New Roman" w:hAnsi="Times New Roman" w:cs="Times New Roman"/>
          <w:sz w:val="24"/>
          <w:szCs w:val="24"/>
          <w:lang w:val="hr-HR"/>
        </w:rPr>
        <w:t xml:space="preserve">da je </w:t>
      </w:r>
      <w:r w:rsidR="00504C1A">
        <w:rPr>
          <w:rFonts w:ascii="Times New Roman" w:hAnsi="Times New Roman" w:cs="Times New Roman"/>
          <w:sz w:val="24"/>
          <w:szCs w:val="24"/>
          <w:lang w:val="hr-HR"/>
        </w:rPr>
        <w:t>P</w:t>
      </w:r>
      <w:r w:rsidRPr="00F82BDF">
        <w:rPr>
          <w:rFonts w:ascii="Times New Roman" w:hAnsi="Times New Roman" w:cs="Times New Roman"/>
          <w:sz w:val="24"/>
          <w:szCs w:val="24"/>
          <w:lang w:val="hr-HR"/>
        </w:rPr>
        <w:t xml:space="preserve">rijavitelj upoznat s uvjetima Javnog poziva te ih u cijelosti prihvaća. </w:t>
      </w:r>
    </w:p>
    <w:p w14:paraId="4BFB60A7" w14:textId="77777777" w:rsidR="001A7002" w:rsidRDefault="001A7002" w:rsidP="00090557">
      <w:pPr>
        <w:pStyle w:val="Grafikeoznake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C423815" w14:textId="636E3500" w:rsidR="00574B87" w:rsidRPr="00F82BDF" w:rsidRDefault="00090557" w:rsidP="00090557">
      <w:pPr>
        <w:pStyle w:val="Grafikeoznake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82BDF">
        <w:rPr>
          <w:rFonts w:ascii="Times New Roman" w:hAnsi="Times New Roman" w:cs="Times New Roman"/>
          <w:sz w:val="24"/>
          <w:szCs w:val="24"/>
          <w:lang w:val="hr-HR"/>
        </w:rPr>
        <w:t xml:space="preserve">Suglasan/na sam da Ministarstvo </w:t>
      </w:r>
      <w:r w:rsidR="00331BD8" w:rsidRPr="00F82BDF">
        <w:rPr>
          <w:rFonts w:ascii="Times New Roman" w:hAnsi="Times New Roman" w:cs="Times New Roman"/>
          <w:sz w:val="24"/>
          <w:szCs w:val="24"/>
          <w:lang w:val="hr-HR"/>
        </w:rPr>
        <w:t>rada, mirovinskoga sustava, obitelji i socijalne politike</w:t>
      </w:r>
      <w:r w:rsidR="00883D80" w:rsidRPr="00F82BD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F82BDF">
        <w:rPr>
          <w:rFonts w:ascii="Times New Roman" w:hAnsi="Times New Roman" w:cs="Times New Roman"/>
          <w:sz w:val="24"/>
          <w:szCs w:val="24"/>
          <w:lang w:val="hr-HR"/>
        </w:rPr>
        <w:t>može provjeriti sve navode iz ove izjave i prateć</w:t>
      </w:r>
      <w:r w:rsidR="00FC731C">
        <w:rPr>
          <w:rFonts w:ascii="Times New Roman" w:hAnsi="Times New Roman" w:cs="Times New Roman"/>
          <w:sz w:val="24"/>
          <w:szCs w:val="24"/>
          <w:lang w:val="hr-HR"/>
        </w:rPr>
        <w:t>u</w:t>
      </w:r>
      <w:r w:rsidRPr="00F82BDF">
        <w:rPr>
          <w:rFonts w:ascii="Times New Roman" w:hAnsi="Times New Roman" w:cs="Times New Roman"/>
          <w:sz w:val="24"/>
          <w:szCs w:val="24"/>
          <w:lang w:val="hr-HR"/>
        </w:rPr>
        <w:t xml:space="preserve"> dokumentacij</w:t>
      </w:r>
      <w:r w:rsidR="00FC731C">
        <w:rPr>
          <w:rFonts w:ascii="Times New Roman" w:hAnsi="Times New Roman" w:cs="Times New Roman"/>
          <w:sz w:val="24"/>
          <w:szCs w:val="24"/>
          <w:lang w:val="hr-HR"/>
        </w:rPr>
        <w:t>u</w:t>
      </w:r>
      <w:r w:rsidRPr="00F82BDF">
        <w:rPr>
          <w:rFonts w:ascii="Times New Roman" w:hAnsi="Times New Roman" w:cs="Times New Roman"/>
          <w:sz w:val="24"/>
          <w:szCs w:val="24"/>
          <w:lang w:val="hr-HR"/>
        </w:rPr>
        <w:t xml:space="preserve"> te potvrđujem da sam upoznat/a s posljedicama davanja neistinitih, netočnih ili lažnih podataka ili dokumentacije</w:t>
      </w:r>
      <w:r w:rsidR="00FC731C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5BD9030B" w14:textId="1CE865CE" w:rsidR="009939F9" w:rsidRPr="00F82BDF" w:rsidRDefault="00A15EFF" w:rsidP="00574B87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F82BDF">
        <w:rPr>
          <w:rFonts w:ascii="Times New Roman" w:hAnsi="Times New Roman" w:cs="Times New Roman"/>
          <w:sz w:val="24"/>
          <w:szCs w:val="24"/>
          <w:lang w:val="hr-HR"/>
        </w:rPr>
        <w:t>Mjesto i datum: __________________________</w:t>
      </w:r>
    </w:p>
    <w:p w14:paraId="2F56A0A7" w14:textId="77777777" w:rsidR="009939F9" w:rsidRPr="00F82BDF" w:rsidRDefault="00A15EFF" w:rsidP="00574B87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F82BDF">
        <w:rPr>
          <w:rFonts w:ascii="Times New Roman" w:hAnsi="Times New Roman" w:cs="Times New Roman"/>
          <w:sz w:val="24"/>
          <w:szCs w:val="24"/>
          <w:lang w:val="hr-HR"/>
        </w:rPr>
        <w:t>Potpis ovlaštene osobe: ___________________</w:t>
      </w:r>
    </w:p>
    <w:sectPr w:rsidR="009939F9" w:rsidRPr="00F82BD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472E6" w14:textId="77777777" w:rsidR="003955C8" w:rsidRDefault="003955C8" w:rsidP="00FA6176">
      <w:pPr>
        <w:spacing w:after="0" w:line="240" w:lineRule="auto"/>
      </w:pPr>
      <w:r>
        <w:separator/>
      </w:r>
    </w:p>
  </w:endnote>
  <w:endnote w:type="continuationSeparator" w:id="0">
    <w:p w14:paraId="191FCA5E" w14:textId="77777777" w:rsidR="003955C8" w:rsidRDefault="003955C8" w:rsidP="00FA6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BB50B" w14:textId="77777777" w:rsidR="003955C8" w:rsidRDefault="003955C8" w:rsidP="00FA6176">
      <w:pPr>
        <w:spacing w:after="0" w:line="240" w:lineRule="auto"/>
      </w:pPr>
      <w:r>
        <w:separator/>
      </w:r>
    </w:p>
  </w:footnote>
  <w:footnote w:type="continuationSeparator" w:id="0">
    <w:p w14:paraId="796588DC" w14:textId="77777777" w:rsidR="003955C8" w:rsidRDefault="003955C8" w:rsidP="00FA61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CEE6E5C8"/>
    <w:lvl w:ilvl="0">
      <w:numFmt w:val="bullet"/>
      <w:pStyle w:val="Grafikeoznake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</w:abstractNum>
  <w:abstractNum w:abstractNumId="9" w15:restartNumberingAfterBreak="0">
    <w:nsid w:val="41675D6A"/>
    <w:multiLevelType w:val="hybridMultilevel"/>
    <w:tmpl w:val="CA6AC672"/>
    <w:lvl w:ilvl="0" w:tplc="3164135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9209D"/>
    <w:multiLevelType w:val="hybridMultilevel"/>
    <w:tmpl w:val="DEFE5AB6"/>
    <w:lvl w:ilvl="0" w:tplc="3164135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013514">
    <w:abstractNumId w:val="8"/>
  </w:num>
  <w:num w:numId="2" w16cid:durableId="458449858">
    <w:abstractNumId w:val="6"/>
  </w:num>
  <w:num w:numId="3" w16cid:durableId="651448465">
    <w:abstractNumId w:val="5"/>
  </w:num>
  <w:num w:numId="4" w16cid:durableId="554660130">
    <w:abstractNumId w:val="4"/>
  </w:num>
  <w:num w:numId="5" w16cid:durableId="840589171">
    <w:abstractNumId w:val="7"/>
  </w:num>
  <w:num w:numId="6" w16cid:durableId="975569576">
    <w:abstractNumId w:val="3"/>
  </w:num>
  <w:num w:numId="7" w16cid:durableId="173037717">
    <w:abstractNumId w:val="2"/>
  </w:num>
  <w:num w:numId="8" w16cid:durableId="1520074542">
    <w:abstractNumId w:val="1"/>
  </w:num>
  <w:num w:numId="9" w16cid:durableId="575479101">
    <w:abstractNumId w:val="0"/>
  </w:num>
  <w:num w:numId="10" w16cid:durableId="2013483311">
    <w:abstractNumId w:val="10"/>
  </w:num>
  <w:num w:numId="11" w16cid:durableId="15111456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789"/>
    <w:rsid w:val="00034616"/>
    <w:rsid w:val="0006063C"/>
    <w:rsid w:val="00090557"/>
    <w:rsid w:val="000A6BDE"/>
    <w:rsid w:val="000F120C"/>
    <w:rsid w:val="000F509E"/>
    <w:rsid w:val="001067E4"/>
    <w:rsid w:val="00131311"/>
    <w:rsid w:val="0015074B"/>
    <w:rsid w:val="001A7002"/>
    <w:rsid w:val="001A7E52"/>
    <w:rsid w:val="001B792F"/>
    <w:rsid w:val="001C07E9"/>
    <w:rsid w:val="001C28FF"/>
    <w:rsid w:val="001C2C27"/>
    <w:rsid w:val="001F5EE5"/>
    <w:rsid w:val="00235ED7"/>
    <w:rsid w:val="00287A8A"/>
    <w:rsid w:val="0029639D"/>
    <w:rsid w:val="002D2FE1"/>
    <w:rsid w:val="00310E4E"/>
    <w:rsid w:val="00326F90"/>
    <w:rsid w:val="00331BD8"/>
    <w:rsid w:val="00340310"/>
    <w:rsid w:val="00340FC3"/>
    <w:rsid w:val="0035770C"/>
    <w:rsid w:val="003955C8"/>
    <w:rsid w:val="003A63B1"/>
    <w:rsid w:val="003E7EF0"/>
    <w:rsid w:val="003F1AB9"/>
    <w:rsid w:val="004174DE"/>
    <w:rsid w:val="0046196F"/>
    <w:rsid w:val="00496716"/>
    <w:rsid w:val="004A1517"/>
    <w:rsid w:val="004E4DE9"/>
    <w:rsid w:val="00504C1A"/>
    <w:rsid w:val="00533754"/>
    <w:rsid w:val="00546ADA"/>
    <w:rsid w:val="00574B87"/>
    <w:rsid w:val="0059191E"/>
    <w:rsid w:val="005E5DC7"/>
    <w:rsid w:val="005E5E12"/>
    <w:rsid w:val="0064489A"/>
    <w:rsid w:val="00665622"/>
    <w:rsid w:val="0067505A"/>
    <w:rsid w:val="006B2EE3"/>
    <w:rsid w:val="006B3495"/>
    <w:rsid w:val="006C3083"/>
    <w:rsid w:val="00751716"/>
    <w:rsid w:val="007C4339"/>
    <w:rsid w:val="0081169B"/>
    <w:rsid w:val="00836352"/>
    <w:rsid w:val="00865659"/>
    <w:rsid w:val="00874F70"/>
    <w:rsid w:val="00883D80"/>
    <w:rsid w:val="008902CF"/>
    <w:rsid w:val="008C047F"/>
    <w:rsid w:val="00906561"/>
    <w:rsid w:val="00920996"/>
    <w:rsid w:val="0092318A"/>
    <w:rsid w:val="00932285"/>
    <w:rsid w:val="009939F9"/>
    <w:rsid w:val="009941B7"/>
    <w:rsid w:val="009C3F00"/>
    <w:rsid w:val="009C6708"/>
    <w:rsid w:val="009F3806"/>
    <w:rsid w:val="00A15EFF"/>
    <w:rsid w:val="00A36EBC"/>
    <w:rsid w:val="00A5377B"/>
    <w:rsid w:val="00AA1D8D"/>
    <w:rsid w:val="00B47730"/>
    <w:rsid w:val="00B50822"/>
    <w:rsid w:val="00B72C39"/>
    <w:rsid w:val="00B926C8"/>
    <w:rsid w:val="00BD3A3D"/>
    <w:rsid w:val="00C301ED"/>
    <w:rsid w:val="00CB0664"/>
    <w:rsid w:val="00CC0637"/>
    <w:rsid w:val="00CC2ADD"/>
    <w:rsid w:val="00CD393A"/>
    <w:rsid w:val="00CE1C47"/>
    <w:rsid w:val="00D2337F"/>
    <w:rsid w:val="00D91658"/>
    <w:rsid w:val="00E040AC"/>
    <w:rsid w:val="00E135E8"/>
    <w:rsid w:val="00E220AA"/>
    <w:rsid w:val="00EA69DA"/>
    <w:rsid w:val="00F82BDF"/>
    <w:rsid w:val="00FA3E01"/>
    <w:rsid w:val="00FA46E1"/>
    <w:rsid w:val="00FA6176"/>
    <w:rsid w:val="00FB2518"/>
    <w:rsid w:val="00FC5CC8"/>
    <w:rsid w:val="00FC693F"/>
    <w:rsid w:val="00FC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C3C2BF"/>
  <w14:defaultImageDpi w14:val="300"/>
  <w15:docId w15:val="{20722F91-C5EE-49AF-B5CC-36CB072DF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zija">
    <w:name w:val="Revision"/>
    <w:hidden/>
    <w:uiPriority w:val="99"/>
    <w:semiHidden/>
    <w:rsid w:val="00090557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CC063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CC063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CC063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C063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C06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295</Words>
  <Characters>1953</Characters>
  <Application>Microsoft Office Word</Application>
  <DocSecurity>0</DocSecurity>
  <Lines>28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MROSP</cp:lastModifiedBy>
  <cp:revision>11</cp:revision>
  <dcterms:created xsi:type="dcterms:W3CDTF">2026-04-14T12:22:00Z</dcterms:created>
  <dcterms:modified xsi:type="dcterms:W3CDTF">2026-06-16T10:32:00Z</dcterms:modified>
  <cp:category/>
</cp:coreProperties>
</file>